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b/>
          <w:i w:val="0"/>
          <w:color w:val="9A7B2E"/>
          <w:sz w:val="18"/>
        </w:rPr>
        <w:t>Working Material 1.11</w:t>
      </w:r>
    </w:p>
    <w:p>
      <w:pPr>
        <w:keepNext/>
        <w:spacing w:after="40" w:before="0"/>
      </w:pPr>
      <w:r>
        <w:rPr>
          <w:b/>
          <w:i w:val="0"/>
          <w:color w:val="1B2A4A"/>
          <w:sz w:val="40"/>
        </w:rPr>
        <w:t>Setting Environmental Objectives That Mean Something</w:t>
      </w:r>
    </w:p>
    <w:p>
      <w:pPr>
        <w:spacing w:after="160" w:before="0"/>
      </w:pPr>
      <w:r>
        <w:rPr>
          <w:b w:val="0"/>
          <w:i/>
          <w:color w:val="5A5A5A"/>
          <w:sz w:val="17"/>
        </w:rPr>
        <w:t>ISO 14001:2026 · Material date: 25 October 2026</w:t>
      </w:r>
    </w:p>
    <w:p>
      <w:pPr>
        <w:spacing w:after="160" w:before="0"/>
      </w:pPr>
      <w:r>
        <w:rPr>
          <w:b w:val="0"/>
          <w:i/>
          <w:color w:val="333333"/>
          <w:sz w:val="19"/>
        </w:rPr>
        <w:t>This sheet puts the working parts of subchapter 1.11 into editable form: the Verification Pact, the review questions, the common mistakes as a self-check and the Operative Synthesis as an action plan. The empty columns are for your property. The reasoning behind each row is in the book.</w:t>
      </w:r>
    </w:p>
    <w:tbl>
      <w:tblPr>
        <w:tblW w:type="dxa" w:w="9639"/>
        <w:jc w:val="center"/>
        <w:tblLook w:firstColumn="1" w:firstRow="1" w:lastColumn="0" w:lastRow="0" w:noHBand="0" w:noVBand="1" w:val="04A0"/>
        <w:tblLayout w:type="fixed"/>
        <w:tblCellMar>
          <w:top w:w="120" w:type="dxa"/>
          <w:left w:w="200" w:type="dxa"/>
          <w:bottom w:w="120" w:type="dxa"/>
          <w:right w:w="160" w:type="dxa"/>
        </w:tblCellMar>
        <w:tblLayout w:type="fixed"/>
      </w:tblPr>
      <w:tblGrid>
        <w:gridCol w:w="9639"/>
      </w:tblGrid>
      <w:tr>
        <w:tc>
          <w:tcPr>
            <w:tcW w:type="dxa" w:w="9638"/>
            <w:shd w:val="clear" w:color="auto" w:fill="F3EFE6"/>
            <w:tcBorders>
              <w:left w:val="single" w:sz="24" w:space="0" w:color="9A7B2E"/>
              <w:top w:val="single" w:sz="4" w:space="0" w:color="F3EFE6"/>
              <w:bottom w:val="single" w:sz="4" w:space="0" w:color="F3EFE6"/>
              <w:right w:val="single" w:sz="4" w:space="0" w:color="F3EFE6"/>
            </w:tcBorders>
          </w:tcPr>
          <w:p>
            <w:pPr>
              <w:spacing w:after="60"/>
            </w:pPr>
            <w:r>
              <w:rPr>
                <w:b/>
                <w:color w:val="9A7B2E"/>
                <w:sz w:val="17"/>
              </w:rPr>
              <w:t>GUIDING QUESTION</w:t>
            </w:r>
          </w:p>
          <w:p>
            <w:pPr>
              <w:spacing w:after="40"/>
            </w:pPr>
            <w:r>
              <w:rPr>
                <w:i w:val="0"/>
                <w:color w:val="1B2A4A"/>
                <w:sz w:val="21"/>
              </w:rPr>
              <w:t>A target that is measurable is not automatically a target that means something. What happens when the easiest way to hit a number is to damage the very thing the policy promised to protect?</w:t>
            </w:r>
          </w:p>
        </w:tc>
      </w:tr>
    </w:tbl>
    <w:p>
      <w:pPr>
        <w:spacing w:after="40"/>
      </w:pPr>
    </w:p>
    <w:p>
      <w:pPr>
        <w:keepNext/>
        <w:spacing w:after="80" w:before="200"/>
      </w:pPr>
      <w:r>
        <w:rPr>
          <w:b/>
          <w:i w:val="0"/>
          <w:color w:val="9A7B2E"/>
          <w:sz w:val="26"/>
        </w:rPr>
        <w:t>Verification Pact: Market Claims Against the Standard</w:t>
      </w:r>
    </w:p>
    <w:p>
      <w:pPr>
        <w:keepNext/>
        <w:spacing w:after="80" w:before="0"/>
      </w:pPr>
      <w:r>
        <w:rPr>
          <w:b w:val="0"/>
          <w:i/>
          <w:color w:val="5A5A5A"/>
          <w:sz w:val="18"/>
        </w:rPr>
        <w:t>The first three columns are copied from the book. In the last one, note whether this claim circulates in your property — in a proposal, a brochure, a supplier’s pitch or your own documents — and what you now hold instead.</w:t>
      </w:r>
    </w:p>
    <w:tbl>
      <w:tblPr>
        <w:tblW w:type="dxa" w:w="9639"/>
        <w:jc w:val="center"/>
        <w:tblLook w:firstColumn="1" w:firstRow="1" w:lastColumn="0" w:lastRow="0" w:noHBand="0" w:noVBand="1" w:val="04A0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2551"/>
        <w:gridCol w:w="1190"/>
        <w:gridCol w:w="3515"/>
        <w:gridCol w:w="2381"/>
      </w:tblGrid>
      <w:tr>
        <w:trPr>
          <w:tblHeader w:val="true"/>
        </w:trPr>
        <w:tc>
          <w:tcPr>
            <w:tcW w:type="dxa" w:w="2551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What is claimed</w:t>
            </w:r>
          </w:p>
        </w:tc>
        <w:tc>
          <w:tcPr>
            <w:tcW w:type="dxa" w:w="1191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Binding?</w:t>
            </w:r>
          </w:p>
        </w:tc>
        <w:tc>
          <w:tcPr>
            <w:tcW w:type="dxa" w:w="3515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What actually holds</w:t>
            </w:r>
          </w:p>
        </w:tc>
        <w:tc>
          <w:tcPr>
            <w:tcW w:type="dxa" w:w="2381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In our property</w:t>
            </w:r>
          </w:p>
        </w:tc>
      </w:tr>
      <w:tr>
        <w:trPr>
          <w:cantSplit w:val="true"/>
        </w:trPr>
        <w:tc>
          <w:tcPr>
            <w:tcW w:type="dxa" w:w="255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 single group-wide percentage target satisfies clause 6.2.1 across an entire portfolio</w:t>
            </w:r>
          </w:p>
        </w:tc>
        <w:tc>
          <w:tcPr>
            <w:tcW w:type="dxa" w:w="119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No</w:t>
            </w:r>
          </w:p>
        </w:tc>
        <w:tc>
          <w:tcPr>
            <w:tcW w:type="dxa" w:w="3515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The clause requires objectives to take into account each context’s significant environmental aspects — a uniform figure applied without regard to property-specific aspects does not meet this requirement, however measurable it is</w:t>
            </w:r>
          </w:p>
        </w:tc>
        <w:tc>
          <w:tcPr>
            <w:tcW w:type="dxa" w:w="2381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Measurability is the primary requirement for a sound environmental objective</w:t>
            </w:r>
          </w:p>
        </w:tc>
        <w:tc>
          <w:tcPr>
            <w:tcW w:type="dxa" w:w="119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No</w:t>
            </w:r>
          </w:p>
        </w:tc>
        <w:tc>
          <w:tcPr>
            <w:tcW w:type="dxa" w:w="3515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Measurability is one of five listed requirements, alongside consistency with policy, and taking significant aspects and compliance obligations into account; a measurable target that fails the others is not, for that reason, a sound objective</w:t>
            </w:r>
          </w:p>
        </w:tc>
        <w:tc>
          <w:tcPr>
            <w:tcW w:type="dxa" w:w="2381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255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An objective tied to individual performance assessment is inherently more likely to be achieved legitimately</w:t>
            </w:r>
          </w:p>
        </w:tc>
        <w:tc>
          <w:tcPr>
            <w:tcW w:type="dxa" w:w="119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No</w:t>
            </w:r>
          </w:p>
        </w:tc>
        <w:tc>
          <w:tcPr>
            <w:tcW w:type="dxa" w:w="3515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Attaching personal consequence to a poorly designed target increases the likelihood of exactly the kind of gaming the Jaipur case describes, not the likelihood of genuine improvement</w:t>
            </w:r>
          </w:p>
        </w:tc>
        <w:tc>
          <w:tcPr>
            <w:tcW w:type="dxa" w:w="2381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 corporate-level objective automatically satisfies the “relevant functions and levels” requirement for every property beneath it</w:t>
            </w:r>
          </w:p>
        </w:tc>
        <w:tc>
          <w:tcPr>
            <w:tcW w:type="dxa" w:w="119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No</w:t>
            </w:r>
          </w:p>
        </w:tc>
        <w:tc>
          <w:tcPr>
            <w:tcW w:type="dxa" w:w="3515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The phrase anticipates objectives set at the functions and levels where they are relevant; a group objective can serve, but only where it was built with knowledge of each property’s context and allows property-level adjustment where baselines differ</w:t>
            </w:r>
          </w:p>
        </w:tc>
        <w:tc>
          <w:tcPr>
            <w:tcW w:type="dxa" w:w="2381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255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An objective that improves its headline metric has, by definition, been achieved successfully</w:t>
            </w:r>
          </w:p>
        </w:tc>
        <w:tc>
          <w:tcPr>
            <w:tcW w:type="dxa" w:w="119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No</w:t>
            </w:r>
          </w:p>
        </w:tc>
        <w:tc>
          <w:tcPr>
            <w:tcW w:type="dxa" w:w="3515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An objective achieved through means that damage a different significant aspect, or undermine the policy the objective was meant to support, has not been achieved in any sense the standard intends</w:t>
            </w:r>
          </w:p>
        </w:tc>
        <w:tc>
          <w:tcPr>
            <w:tcW w:type="dxa" w:w="2381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255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Objectives set at group headquarters do not need property-level input before being finalised</w:t>
            </w:r>
          </w:p>
        </w:tc>
        <w:tc>
          <w:tcPr>
            <w:tcW w:type="dxa" w:w="119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No</w:t>
            </w:r>
          </w:p>
        </w:tc>
        <w:tc>
          <w:tcPr>
            <w:tcW w:type="dxa" w:w="3515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Establishing objectives that take significant aspects into account requires knowledge of what those aspects actually are at each specific property — knowledge that usually sits at property level; how the group gathers it is the organisation’s own choice</w:t>
            </w:r>
          </w:p>
        </w:tc>
        <w:tc>
          <w:tcPr>
            <w:tcW w:type="dxa" w:w="2381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</w:tbl>
    <w:p>
      <w:pPr>
        <w:keepNext/>
        <w:spacing w:after="80" w:before="200"/>
      </w:pPr>
      <w:r>
        <w:rPr>
          <w:b/>
          <w:i w:val="0"/>
          <w:color w:val="9A7B2E"/>
          <w:sz w:val="26"/>
        </w:rPr>
        <w:t>A Checklist for the Next Objective-Setting Cycle</w:t>
      </w:r>
    </w:p>
    <w:p>
      <w:pPr>
        <w:keepNext/>
        <w:spacing w:after="80" w:before="0"/>
      </w:pPr>
      <w:r>
        <w:rPr>
          <w:b w:val="0"/>
          <w:i/>
          <w:color w:val="5A5A5A"/>
          <w:sz w:val="18"/>
        </w:rPr>
        <w:t>Answer each question with Yes, Partly, No or N.A., and name the evidence: a record, a date, a person, a place someone can go and look. An answer without evidence is an opinion.</w:t>
      </w:r>
    </w:p>
    <w:tbl>
      <w:tblPr>
        <w:tblW w:type="dxa" w:w="9639"/>
        <w:jc w:val="center"/>
        <w:tblLook w:firstColumn="1" w:firstRow="1" w:lastColumn="0" w:lastRow="0" w:noHBand="0" w:noVBand="1" w:val="04A0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3061"/>
        <w:gridCol w:w="2948"/>
        <w:gridCol w:w="1020"/>
        <w:gridCol w:w="2608"/>
      </w:tblGrid>
      <w:tr>
        <w:trPr>
          <w:tblHeader w:val="true"/>
        </w:trPr>
        <w:tc>
          <w:tcPr>
            <w:tcW w:type="dxa" w:w="3061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Question</w:t>
            </w:r>
          </w:p>
        </w:tc>
        <w:tc>
          <w:tcPr>
            <w:tcW w:type="dxa" w:w="2948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Why it matters</w:t>
            </w:r>
          </w:p>
        </w:tc>
        <w:tc>
          <w:tcPr>
            <w:tcW w:type="dxa" w:w="1020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Answer</w:t>
            </w:r>
          </w:p>
        </w:tc>
        <w:tc>
          <w:tcPr>
            <w:tcW w:type="dxa" w:w="2608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Evidence</w:t>
            </w:r>
          </w:p>
        </w:tc>
      </w:tr>
      <w:tr>
        <w:trPr>
          <w:cantSplit w:val="true"/>
          <w:trHeight w:val="680" w:hRule="atLeast"/>
        </w:trPr>
        <w:tc>
          <w:tcPr>
            <w:tcW w:type="dxa" w:w="306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Was this objective set with specific knowledge of this property’s significant aspects, or applied to it from a figure set elsewhere?</w:t>
            </w:r>
          </w:p>
        </w:tc>
        <w:tc>
          <w:tcPr>
            <w:tcW w:type="dxa" w:w="2948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The single distinction the entire Jaipur case turns on</w:t>
            </w:r>
          </w:p>
        </w:tc>
        <w:tc>
          <w:tcPr>
            <w:tcW w:type="dxa" w:w="1020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2608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  <w:trHeight w:val="680" w:hRule="atLeast"/>
        </w:trPr>
        <w:tc>
          <w:tcPr>
            <w:tcW w:type="dxa" w:w="306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Have we set explicit floors for essential or protected uses before layering a reduction target on top?</w:t>
            </w:r>
          </w:p>
        </w:tc>
        <w:tc>
          <w:tcPr>
            <w:tcW w:type="dxa" w:w="2948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 floor set in advance prevents the trade-off from ever becoming a live decision under pressure</w:t>
            </w:r>
          </w:p>
        </w:tc>
        <w:tc>
          <w:tcPr>
            <w:tcW w:type="dxa" w:w="1020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2608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  <w:trHeight w:val="680" w:hRule="atLeast"/>
        </w:trPr>
        <w:tc>
          <w:tcPr>
            <w:tcW w:type="dxa" w:w="306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Is there a documented, accessible escalation path for someone who identifies a conflict between this objective and another significant aspect?</w:t>
            </w:r>
          </w:p>
        </w:tc>
        <w:tc>
          <w:tcPr>
            <w:tcW w:type="dxa" w:w="2948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Informal encouragement to “find creative solutions” is not a channel — it is an absence of one</w:t>
            </w:r>
          </w:p>
        </w:tc>
        <w:tc>
          <w:tcPr>
            <w:tcW w:type="dxa" w:w="1020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2608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  <w:trHeight w:val="680" w:hRule="atLeast"/>
        </w:trPr>
        <w:tc>
          <w:tcPr>
            <w:tcW w:type="dxa" w:w="3061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Does our performance assessment examine how an objective was achieved, not only whether the number was hit?</w:t>
            </w:r>
          </w:p>
        </w:tc>
        <w:tc>
          <w:tcPr>
            <w:tcW w:type="dxa" w:w="2948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This is what would have caught the garden damage before it became public</w:t>
            </w:r>
          </w:p>
        </w:tc>
        <w:tc>
          <w:tcPr>
            <w:tcW w:type="dxa" w:w="1020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2608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  <w:trHeight w:val="680" w:hRule="atLeast"/>
        </w:trPr>
        <w:tc>
          <w:tcPr>
            <w:tcW w:type="dxa" w:w="3061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Is this target normalised against a relevant variable, or compared flatly to a prior year regardless of changed conditions?</w:t>
            </w:r>
          </w:p>
        </w:tc>
        <w:tc>
          <w:tcPr>
            <w:tcW w:type="dxa" w:w="2948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 flat comparison can reward or punish a property for weather or occupancy shifts unrelated to genuine performance</w:t>
            </w:r>
          </w:p>
        </w:tc>
        <w:tc>
          <w:tcPr>
            <w:tcW w:type="dxa" w:w="1020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2608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</w:tbl>
    <w:p>
      <w:pPr>
        <w:keepNext/>
        <w:spacing w:after="80" w:before="200"/>
      </w:pPr>
      <w:r>
        <w:rPr>
          <w:b/>
          <w:i w:val="0"/>
          <w:color w:val="9A7B2E"/>
          <w:sz w:val="26"/>
        </w:rPr>
        <w:t>Common Mistakes — Self-Check</w:t>
      </w:r>
    </w:p>
    <w:p>
      <w:pPr>
        <w:keepNext/>
        <w:spacing w:after="80" w:before="0"/>
      </w:pPr>
      <w:r>
        <w:rPr>
          <w:b w:val="0"/>
          <w:i/>
          <w:color w:val="5A5A5A"/>
          <w:sz w:val="18"/>
        </w:rPr>
        <w:t>Tick every mistake you recognise in your own property today, and write next to it where you saw it. A ticked box is not a nonconformity; it is a place to look before an auditor or an incident does.</w:t>
      </w:r>
    </w:p>
    <w:tbl>
      <w:tblPr>
        <w:tblW w:type="dxa" w:w="9639"/>
        <w:jc w:val="center"/>
        <w:tblLook w:firstColumn="1" w:firstRow="1" w:lastColumn="0" w:lastRow="0" w:noHBand="0" w:noVBand="1" w:val="04A0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510"/>
        <w:gridCol w:w="5726"/>
        <w:gridCol w:w="3402"/>
      </w:tblGrid>
      <w:tr>
        <w:trPr>
          <w:tblHeader w:val="true"/>
        </w:trPr>
        <w:tc>
          <w:tcPr>
            <w:tcW w:type="dxa" w:w="510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☐</w:t>
            </w:r>
          </w:p>
        </w:tc>
        <w:tc>
          <w:tcPr>
            <w:tcW w:type="dxa" w:w="5726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Mistake (from the book)</w:t>
            </w:r>
          </w:p>
        </w:tc>
        <w:tc>
          <w:tcPr>
            <w:tcW w:type="dxa" w:w="3402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Where we see it</w:t>
            </w:r>
          </w:p>
        </w:tc>
      </w:tr>
      <w:tr>
        <w:trPr>
          <w:cantSplit w:val="true"/>
        </w:trPr>
        <w:tc>
          <w:tcPr>
            <w:tcW w:type="dxa" w:w="510"/>
            <w:shd w:val="clear" w:color="auto" w:fill="F3EFE6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Setting a single portfolio-wide percentage target without reference to individual properties' baselines or significant aspects.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Treating measurability as the primary or sole requirement for a sound environmental objective.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  <w:shd w:val="clear" w:color="auto" w:fill="F3EFE6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Tying an objective to individual performance assessment without a mechanism to flag that the target itself may be poorly designed for a specific context.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Failing to establish objectives at the property or functional level where relevant significant aspects are actually known.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  <w:shd w:val="clear" w:color="auto" w:fill="F3EFE6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Rewarding achievement of a headline metric without examining whether it was achieved at the expense of a different significant aspect.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Responding to a perverse outcome with an apology or a one-time fix rather than a structural change to the objective-setting process.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  <w:shd w:val="clear" w:color="auto" w:fill="F3EFE6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Assuming a target achievable at one property is proportionately achievable at every other property regardless of its starting position.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Failing to set explicit floors for essential or protected uses before layering efficiency objectives on top.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  <w:shd w:val="clear" w:color="auto" w:fill="F3EFE6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Providing no escalation channel for a property-level manager who identifies a conflict between an assigned objective and another significant aspect.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510"/>
          </w:tcPr>
          <w:p>
            <w:pPr>
              <w:spacing w:after="0"/>
              <w:jc w:val="center"/>
            </w:pPr>
            <w:r>
              <w:rPr>
                <w:sz w:val="24"/>
              </w:rPr>
            </w:r>
            <w:r>
              <w:rPr>
                <w:b w:val="0"/>
                <w:i w:val="0"/>
                <w:sz w:val="17"/>
              </w:rPr>
              <w:t>☐</w:t>
            </w:r>
          </w:p>
        </w:tc>
        <w:tc>
          <w:tcPr>
            <w:tcW w:type="dxa" w:w="572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Normalising resource-consumption targets against a flat prior-year comparison rather than a relevant variable such as occupancy or seasonal conditions.</w:t>
            </w:r>
          </w:p>
        </w:tc>
        <w:tc>
          <w:tcPr>
            <w:tcW w:type="dxa" w:w="3402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</w:tbl>
    <w:p>
      <w:pPr>
        <w:keepNext/>
        <w:spacing w:after="80" w:before="200"/>
      </w:pPr>
      <w:r>
        <w:rPr>
          <w:b/>
          <w:i w:val="0"/>
          <w:color w:val="9A7B2E"/>
          <w:sz w:val="26"/>
        </w:rPr>
        <w:t>Operative Synthesis — Action Plan</w:t>
      </w:r>
    </w:p>
    <w:p>
      <w:pPr>
        <w:keepNext/>
        <w:spacing w:after="80" w:before="0"/>
      </w:pPr>
      <w:r>
        <w:rPr>
          <w:b w:val="0"/>
          <w:i/>
          <w:color w:val="5A5A5A"/>
          <w:sz w:val="18"/>
        </w:rPr>
        <w:t>The three horizons and their actions are copied from the book. Owner and due date are yours to fill: an action without both is a wish.</w:t>
      </w:r>
    </w:p>
    <w:tbl>
      <w:tblPr>
        <w:tblW w:type="dxa" w:w="9639"/>
        <w:jc w:val="center"/>
        <w:tblLook w:firstColumn="1" w:firstRow="1" w:lastColumn="0" w:lastRow="0" w:noHBand="0" w:noVBand="1" w:val="04A0"/>
        <w:tblBorders>
          <w:top w:val="single" w:sz="4" w:space="0" w:color="C9BBA6"/>
          <w:left w:val="single" w:sz="4" w:space="0" w:color="C9BBA6"/>
          <w:bottom w:val="single" w:sz="4" w:space="0" w:color="C9BBA6"/>
          <w:right w:val="single" w:sz="4" w:space="0" w:color="C9BBA6"/>
          <w:insideH w:val="single" w:sz="4" w:space="0" w:color="C9BBA6"/>
          <w:insideV w:val="single" w:sz="4" w:space="0" w:color="C9BBA6"/>
        </w:tblBorders>
        <w:tblLayout w:type="fixed"/>
        <w:tblCellMar>
          <w:top w:w="60" w:type="dxa"/>
          <w:left w:w="90" w:type="dxa"/>
          <w:bottom w:w="60" w:type="dxa"/>
          <w:right w:w="90" w:type="dxa"/>
        </w:tblCellMar>
        <w:tblLayout w:type="fixed"/>
      </w:tblPr>
      <w:tblGrid>
        <w:gridCol w:w="1587"/>
        <w:gridCol w:w="5329"/>
        <w:gridCol w:w="1474"/>
        <w:gridCol w:w="1247"/>
      </w:tblGrid>
      <w:tr>
        <w:trPr>
          <w:tblHeader w:val="true"/>
        </w:trPr>
        <w:tc>
          <w:tcPr>
            <w:tcW w:type="dxa" w:w="1587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Horizon</w:t>
            </w:r>
          </w:p>
        </w:tc>
        <w:tc>
          <w:tcPr>
            <w:tcW w:type="dxa" w:w="5329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Action from the book</w:t>
            </w:r>
          </w:p>
        </w:tc>
        <w:tc>
          <w:tcPr>
            <w:tcW w:type="dxa" w:w="1474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Owner</w:t>
            </w:r>
          </w:p>
        </w:tc>
        <w:tc>
          <w:tcPr>
            <w:tcW w:type="dxa" w:w="1247"/>
            <w:shd w:val="clear" w:color="auto" w:fill="1B2A4A"/>
          </w:tcPr>
          <w:p>
            <w:pPr>
              <w:spacing w:after="0"/>
            </w:pPr>
            <w:r/>
            <w:r>
              <w:rPr>
                <w:b/>
                <w:i w:val="0"/>
                <w:color w:val="FFFFFF"/>
                <w:sz w:val="17"/>
              </w:rPr>
              <w:t>Due date</w:t>
            </w:r>
          </w:p>
        </w:tc>
      </w:tr>
      <w:tr>
        <w:trPr>
          <w:cantSplit w:val="true"/>
        </w:trPr>
        <w:tc>
          <w:tcPr>
            <w:tcW w:type="dxa" w:w="1587"/>
            <w:shd w:val="clear" w:color="auto" w:fill="F3EFE6"/>
          </w:tcPr>
          <w:p>
            <w:pPr>
              <w:spacing w:after="0"/>
            </w:pPr>
            <w:r/>
            <w:r>
              <w:rPr>
                <w:b/>
                <w:i w:val="0"/>
                <w:sz w:val="17"/>
              </w:rPr>
              <w:t>Act on immediately</w:t>
            </w:r>
          </w:p>
        </w:tc>
        <w:tc>
          <w:tcPr>
            <w:tcW w:type="dxa" w:w="5329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Review every current environmental objective and ask whether it was set with specific knowledge of this property’s significant aspects, or applied to this property from a figure set without that knowledge. Any objective in the second category deserves an immediate, explicit re-examination.</w:t>
            </w:r>
          </w:p>
        </w:tc>
        <w:tc>
          <w:tcPr>
            <w:tcW w:type="dxa" w:w="1474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1247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1587"/>
          </w:tcPr>
          <w:p>
            <w:pPr>
              <w:spacing w:after="0"/>
            </w:pPr>
            <w:r/>
            <w:r>
              <w:rPr>
                <w:b/>
                <w:i w:val="0"/>
                <w:sz w:val="17"/>
              </w:rPr>
              <w:t>Plan for</w:t>
            </w:r>
          </w:p>
        </w:tc>
        <w:tc>
          <w:tcPr>
            <w:tcW w:type="dxa" w:w="5329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Establish explicit floors for essential or protected uses — heritage assets, guest health and safety standards, fire and life-safety systems — before setting any reduction target that could otherwise be pursued at their expense; and create a documented, accessible escalation path for property-level staff who identify a conflict between an assigned objective and another significant aspect.</w:t>
            </w:r>
          </w:p>
        </w:tc>
        <w:tc>
          <w:tcPr>
            <w:tcW w:type="dxa" w:w="1474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1247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  <w:tr>
        <w:trPr>
          <w:cantSplit w:val="true"/>
        </w:trPr>
        <w:tc>
          <w:tcPr>
            <w:tcW w:type="dxa" w:w="1587"/>
            <w:shd w:val="clear" w:color="auto" w:fill="F3EFE6"/>
          </w:tcPr>
          <w:p>
            <w:pPr>
              <w:spacing w:after="0"/>
            </w:pPr>
            <w:r/>
            <w:r>
              <w:rPr>
                <w:b/>
                <w:i w:val="0"/>
                <w:sz w:val="17"/>
              </w:rPr>
              <w:t>Monitor going forward</w:t>
            </w:r>
          </w:p>
        </w:tc>
        <w:tc>
          <w:tcPr>
            <w:tcW w:type="dxa" w:w="5329"/>
            <w:shd w:val="clear" w:color="auto" w:fill="F3EFE6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  <w:t>Track not only whether headline objectives are achieved, but how — reviewing, for any objective tied to individual performance assessment, whether achievement came at the expense of a different significant aspect the organisation had separately committed to protecting.</w:t>
            </w:r>
          </w:p>
        </w:tc>
        <w:tc>
          <w:tcPr>
            <w:tcW w:type="dxa" w:w="1474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  <w:tc>
          <w:tcPr>
            <w:tcW w:type="dxa" w:w="1247"/>
            <w:shd w:val="clear" w:color="auto" w:fill="FFFFFF"/>
          </w:tcPr>
          <w:p>
            <w:pPr>
              <w:spacing w:after="0"/>
            </w:pPr>
            <w:r/>
            <w:r>
              <w:rPr>
                <w:b w:val="0"/>
                <w:i w:val="0"/>
                <w:sz w:val="17"/>
              </w:rPr>
            </w:r>
          </w:p>
        </w:tc>
      </w:tr>
    </w:tbl>
    <w:p>
      <w:pPr>
        <w:spacing w:after="120" w:before="0"/>
      </w:pPr>
    </w:p>
    <w:tbl>
      <w:tblPr>
        <w:tblW w:type="dxa" w:w="9639"/>
        <w:jc w:val="center"/>
        <w:tblLook w:firstColumn="1" w:firstRow="1" w:lastColumn="0" w:lastRow="0" w:noHBand="0" w:noVBand="1" w:val="04A0"/>
        <w:tblLayout w:type="fixed"/>
        <w:tblCellMar>
          <w:top w:w="120" w:type="dxa"/>
          <w:left w:w="200" w:type="dxa"/>
          <w:bottom w:w="120" w:type="dxa"/>
          <w:right w:w="160" w:type="dxa"/>
        </w:tblCellMar>
        <w:tblLayout w:type="fixed"/>
      </w:tblPr>
      <w:tblGrid>
        <w:gridCol w:w="9639"/>
      </w:tblGrid>
      <w:tr>
        <w:tc>
          <w:tcPr>
            <w:tcW w:type="dxa" w:w="9638"/>
            <w:shd w:val="clear" w:color="auto" w:fill="FFFFFF"/>
            <w:tcBorders>
              <w:left w:val="single" w:sz="24" w:space="0" w:color="C9BBA6"/>
              <w:top w:val="single" w:sz="4" w:space="0" w:color="FFFFFF"/>
              <w:bottom w:val="single" w:sz="4" w:space="0" w:color="FFFFFF"/>
              <w:right w:val="single" w:sz="4" w:space="0" w:color="FFFFFF"/>
            </w:tcBorders>
          </w:tcPr>
          <w:p>
            <w:pPr>
              <w:spacing w:after="60"/>
            </w:pPr>
            <w:r>
              <w:rPr>
                <w:b/>
                <w:color w:val="5A5A5A"/>
                <w:sz w:val="17"/>
              </w:rPr>
              <w:t>WHAT THIS SHEET IS NOT</w:t>
            </w:r>
          </w:p>
          <w:p>
            <w:pPr>
              <w:spacing w:after="40"/>
            </w:pPr>
            <w:r>
              <w:rPr>
                <w:i/>
                <w:color w:val="333333"/>
                <w:sz w:val="18"/>
              </w:rPr>
              <w:t>ISO 14001 does not prescribe this form. No clause asks for this worksheet, its columns or a register of market claims; the standard sets requirements and leaves the means to the organisation. This sheet is a working aid drawn from the book: use it, change it or set it aside. Where it touches a requirement, the text of ISO 14001:2026 is the authority, not this page — and nothing on it replaces your own reading of that text.</w:t>
            </w:r>
          </w:p>
        </w:tc>
      </w:tr>
    </w:tbl>
    <w:p>
      <w:pPr>
        <w:spacing w:after="40"/>
      </w:pPr>
    </w:p>
    <w:p>
      <w:pPr>
        <w:spacing w:after="80" w:before="80"/>
      </w:pPr>
      <w:r>
        <w:rPr>
          <w:b w:val="0"/>
          <w:i w:val="0"/>
          <w:color w:val="9A7B2E"/>
          <w:sz w:val="16"/>
        </w:rPr>
        <w:t>Source: Francesco Dore, The Helm and the Lens, Volume 1a — ISO 14001:2026, subchapter 1.11. Edizioni Effedore 2026. © 2026 Francesco Dore. Free to adapt for use in your own property. enbooks.effedore.com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5A5A5A"/>
        <w:sz w:val="16"/>
      </w:rPr>
      <w:t xml:space="preserve">The Helm and the Lens · Volume 1a · Working material 1.11 · enbooks.effedore.com · page </w:t>
    </w:r>
    <w:r>
      <w:rPr>
        <w:color w:val="5A5A5A"/>
        <w:sz w:val="16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4" w:color="C9BBA6"/>
      </w:pBdr>
    </w:pPr>
    <w:r/>
    <w:r>
      <w:rPr>
        <w:b/>
        <w:color w:val="9A7B2E"/>
        <w:sz w:val="17"/>
      </w:rPr>
      <w:t>The Helm and the Lens · Volume 1a · ISO 14001:2026 — The Helm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Aptos" w:hAnsi="Aptos" w:cs="Aptos" w:eastAsia="Aptos"/>
      <w:color w:val="222222"/>
      <w:sz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